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17F44" w14:textId="77777777" w:rsidR="005B3707" w:rsidRPr="0034799B" w:rsidRDefault="00000000" w:rsidP="005B3707">
      <w:pPr>
        <w:spacing w:after="0"/>
        <w:jc w:val="center"/>
        <w:rPr>
          <w:rFonts w:asciiTheme="majorHAnsi" w:hAnsiTheme="majorHAnsi" w:cstheme="majorHAnsi"/>
          <w:b/>
          <w:sz w:val="40"/>
          <w:szCs w:val="40"/>
        </w:rPr>
      </w:pPr>
      <w:r w:rsidRPr="0034799B">
        <w:rPr>
          <w:rFonts w:asciiTheme="majorHAnsi" w:hAnsiTheme="majorHAnsi" w:cstheme="majorHAnsi"/>
          <w:b/>
          <w:sz w:val="40"/>
          <w:szCs w:val="40"/>
        </w:rPr>
        <w:t xml:space="preserve">CARMEL JEWISH FESTIVALS </w:t>
      </w:r>
    </w:p>
    <w:p w14:paraId="775406AD" w14:textId="5BF9A1DA" w:rsidR="00644561" w:rsidRPr="00DC6256" w:rsidRDefault="005B3707" w:rsidP="005B3707">
      <w:pPr>
        <w:spacing w:after="0"/>
        <w:jc w:val="center"/>
        <w:rPr>
          <w:rFonts w:asciiTheme="majorHAnsi" w:hAnsiTheme="majorHAnsi" w:cstheme="majorHAnsi"/>
          <w:b/>
          <w:bCs/>
          <w:sz w:val="36"/>
          <w:szCs w:val="36"/>
        </w:rPr>
      </w:pPr>
      <w:r w:rsidRPr="0034799B">
        <w:rPr>
          <w:rFonts w:asciiTheme="majorHAnsi" w:hAnsiTheme="majorHAnsi" w:cstheme="majorHAnsi"/>
          <w:b/>
          <w:sz w:val="40"/>
          <w:szCs w:val="40"/>
        </w:rPr>
        <w:t>“2 for Food &amp; Film”</w:t>
      </w:r>
      <w:r w:rsidR="00873E7E" w:rsidRPr="0034799B">
        <w:rPr>
          <w:rFonts w:asciiTheme="majorHAnsi" w:hAnsiTheme="majorHAnsi" w:cstheme="majorHAnsi"/>
          <w:sz w:val="40"/>
          <w:szCs w:val="40"/>
        </w:rPr>
        <w:br/>
      </w:r>
      <w:r w:rsidR="00AF0205" w:rsidRPr="00DC6256">
        <w:rPr>
          <w:rFonts w:asciiTheme="majorHAnsi" w:hAnsiTheme="majorHAnsi" w:cstheme="majorHAnsi"/>
          <w:b/>
          <w:bCs/>
          <w:i/>
          <w:sz w:val="36"/>
          <w:szCs w:val="36"/>
        </w:rPr>
        <w:t>Sponsorship Opportunities</w:t>
      </w:r>
    </w:p>
    <w:tbl>
      <w:tblPr>
        <w:tblW w:w="0" w:type="auto"/>
        <w:tblInd w:w="1085" w:type="dxa"/>
        <w:tblLook w:val="04A0" w:firstRow="1" w:lastRow="0" w:firstColumn="1" w:lastColumn="0" w:noHBand="0" w:noVBand="1"/>
      </w:tblPr>
      <w:tblGrid>
        <w:gridCol w:w="4320"/>
        <w:gridCol w:w="4320"/>
      </w:tblGrid>
      <w:tr w:rsidR="00644561" w14:paraId="0B6DFD45" w14:textId="77777777" w:rsidTr="00AF0205">
        <w:tc>
          <w:tcPr>
            <w:tcW w:w="4320" w:type="dxa"/>
          </w:tcPr>
          <w:p w14:paraId="6D910911" w14:textId="5C311CAF" w:rsidR="00644561" w:rsidRDefault="00AF0205" w:rsidP="007722C6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45740B0D" wp14:editId="3637894A">
                  <wp:extent cx="1301750" cy="118294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585fae7-1da9-4715-abde-80d5dd465610.JP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4254" cy="1221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14:paraId="32ED9A8A" w14:textId="77777777" w:rsidR="00AF0205" w:rsidRDefault="00AF0205" w:rsidP="00C85436">
            <w:pPr>
              <w:spacing w:after="0" w:line="240" w:lineRule="auto"/>
              <w:jc w:val="center"/>
            </w:pPr>
          </w:p>
          <w:p w14:paraId="7015B281" w14:textId="19F04E03" w:rsidR="00644561" w:rsidRDefault="00AF0205" w:rsidP="007722C6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 wp14:anchorId="5B83DF92" wp14:editId="2E8CABED">
                  <wp:extent cx="1518919" cy="891540"/>
                  <wp:effectExtent l="0" t="0" r="571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29b0036-3520-49e7-85e6-d96d7d9d9743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275" cy="9222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9950B7" w14:textId="430DC031" w:rsidR="00644561" w:rsidRDefault="00000000" w:rsidP="00C85436">
      <w:pPr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AF0205">
        <w:rPr>
          <w:rFonts w:asciiTheme="majorHAnsi" w:hAnsiTheme="majorHAnsi" w:cstheme="majorHAnsi"/>
          <w:sz w:val="24"/>
          <w:szCs w:val="24"/>
        </w:rPr>
        <w:t xml:space="preserve">The Carmel Jewish Festivals bring our community together through two signature events. </w:t>
      </w:r>
      <w:r w:rsidR="000F26E2">
        <w:rPr>
          <w:rFonts w:asciiTheme="majorHAnsi" w:hAnsiTheme="majorHAnsi" w:cstheme="majorHAnsi"/>
          <w:sz w:val="24"/>
          <w:szCs w:val="24"/>
        </w:rPr>
        <w:br/>
      </w:r>
      <w:r w:rsidRPr="00AF0205">
        <w:rPr>
          <w:rFonts w:asciiTheme="majorHAnsi" w:hAnsiTheme="majorHAnsi" w:cstheme="majorHAnsi"/>
          <w:sz w:val="24"/>
          <w:szCs w:val="24"/>
        </w:rPr>
        <w:t xml:space="preserve">Our Jewish Food Festival (July 26, 2026) is a lively outdoor celebration of Jewish cuisine, culture, and community. Our Jewish Film Festival features thoughtfully curated films presented over multiple dates in </w:t>
      </w:r>
      <w:r w:rsidR="000F26E2">
        <w:rPr>
          <w:rFonts w:asciiTheme="majorHAnsi" w:hAnsiTheme="majorHAnsi" w:cstheme="majorHAnsi"/>
          <w:sz w:val="24"/>
          <w:szCs w:val="24"/>
        </w:rPr>
        <w:t>January</w:t>
      </w:r>
      <w:r w:rsidRPr="00AF0205">
        <w:rPr>
          <w:rFonts w:asciiTheme="majorHAnsi" w:hAnsiTheme="majorHAnsi" w:cstheme="majorHAnsi"/>
          <w:sz w:val="24"/>
          <w:szCs w:val="24"/>
        </w:rPr>
        <w:t xml:space="preserve"> 2027. Your sponsorship helps make these meaningful and engaging experiences possible.</w:t>
      </w:r>
    </w:p>
    <w:tbl>
      <w:tblPr>
        <w:tblW w:w="10340" w:type="dxa"/>
        <w:tblInd w:w="405" w:type="dxa"/>
        <w:tblLook w:val="04A0" w:firstRow="1" w:lastRow="0" w:firstColumn="1" w:lastColumn="0" w:noHBand="0" w:noVBand="1"/>
      </w:tblPr>
      <w:tblGrid>
        <w:gridCol w:w="5170"/>
        <w:gridCol w:w="5170"/>
      </w:tblGrid>
      <w:tr w:rsidR="00644561" w:rsidRPr="00AF0205" w14:paraId="46102DD1" w14:textId="77777777" w:rsidTr="00026DAC">
        <w:trPr>
          <w:trHeight w:val="5059"/>
        </w:trPr>
        <w:tc>
          <w:tcPr>
            <w:tcW w:w="5170" w:type="dxa"/>
          </w:tcPr>
          <w:p w14:paraId="2C9680EA" w14:textId="77777777" w:rsidR="002C6FFE" w:rsidRPr="002C6FFE" w:rsidRDefault="00C85436" w:rsidP="00C85436">
            <w:pPr>
              <w:spacing w:after="0" w:line="240" w:lineRule="auto"/>
              <w:rPr>
                <w:rFonts w:ascii="Segoe UI Symbol" w:hAnsi="Segoe UI Symbol" w:cs="Segoe UI Symbol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365F91" w:themeColor="accent1" w:themeShade="BF"/>
                <w:sz w:val="24"/>
                <w:szCs w:val="24"/>
              </w:rPr>
              <w:br/>
            </w:r>
            <w:r w:rsidRPr="002C6FFE">
              <w:rPr>
                <w:rFonts w:asciiTheme="majorHAnsi" w:hAnsiTheme="majorHAnsi" w:cstheme="majorHAnsi"/>
                <w:b/>
                <w:color w:val="365F91" w:themeColor="accent1" w:themeShade="BF"/>
                <w:sz w:val="28"/>
                <w:szCs w:val="28"/>
              </w:rPr>
              <w:t>JEWISH FOOD FESTIVAL</w:t>
            </w:r>
            <w:r w:rsidR="000F26E2" w:rsidRPr="002C6FFE">
              <w:rPr>
                <w:rFonts w:asciiTheme="majorHAnsi" w:hAnsiTheme="majorHAnsi" w:cstheme="majorHAnsi"/>
                <w:b/>
                <w:color w:val="365F91" w:themeColor="accent1" w:themeShade="BF"/>
                <w:sz w:val="28"/>
                <w:szCs w:val="28"/>
              </w:rPr>
              <w:t xml:space="preserve"> JULY 26</w:t>
            </w:r>
            <w:r w:rsidR="000F26E2" w:rsidRPr="002C6FFE">
              <w:rPr>
                <w:rFonts w:asciiTheme="majorHAnsi" w:hAnsiTheme="majorHAnsi" w:cstheme="majorHAnsi"/>
                <w:b/>
                <w:color w:val="365F91" w:themeColor="accent1" w:themeShade="BF"/>
                <w:sz w:val="28"/>
                <w:szCs w:val="28"/>
                <w:vertAlign w:val="superscript"/>
              </w:rPr>
              <w:t>th</w:t>
            </w:r>
            <w:r w:rsidR="000F26E2" w:rsidRPr="002C6FFE">
              <w:rPr>
                <w:rFonts w:asciiTheme="majorHAnsi" w:hAnsiTheme="majorHAnsi" w:cstheme="majorHAnsi"/>
                <w:b/>
                <w:color w:val="365F91" w:themeColor="accent1" w:themeShade="BF"/>
                <w:sz w:val="28"/>
                <w:szCs w:val="28"/>
              </w:rPr>
              <w:t>, 2026</w:t>
            </w:r>
            <w:r w:rsidRPr="002C6FFE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</w:p>
          <w:p w14:paraId="251A255C" w14:textId="4FA672E4" w:rsidR="00644561" w:rsidRPr="002C6FFE" w:rsidRDefault="00000000" w:rsidP="00C85436">
            <w:pPr>
              <w:spacing w:after="0" w:line="240" w:lineRule="auto"/>
              <w:rPr>
                <w:rFonts w:asciiTheme="majorHAnsi" w:hAnsiTheme="majorHAnsi" w:cstheme="majorHAnsi"/>
                <w:b/>
                <w:color w:val="365F91" w:themeColor="accent1" w:themeShade="BF"/>
                <w:sz w:val="24"/>
                <w:szCs w:val="24"/>
              </w:rPr>
            </w:pPr>
            <w:r w:rsidRPr="002C6FF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C6FFE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="00AA2004">
              <w:rPr>
                <w:rFonts w:asciiTheme="majorHAnsi" w:hAnsiTheme="majorHAnsi" w:cstheme="majorHAnsi"/>
                <w:sz w:val="24"/>
                <w:szCs w:val="24"/>
              </w:rPr>
              <w:t xml:space="preserve">Season </w:t>
            </w:r>
            <w:r w:rsidRPr="002C6FFE">
              <w:rPr>
                <w:rFonts w:asciiTheme="majorHAnsi" w:hAnsiTheme="majorHAnsi" w:cstheme="majorHAnsi"/>
                <w:sz w:val="24"/>
                <w:szCs w:val="24"/>
              </w:rPr>
              <w:t>Supporter — $250</w:t>
            </w:r>
          </w:p>
          <w:p w14:paraId="2D31EEE6" w14:textId="39937C5C" w:rsidR="00C85436" w:rsidRPr="002C6FFE" w:rsidRDefault="000F26E2" w:rsidP="00C85436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C6FFE">
              <w:rPr>
                <w:rFonts w:asciiTheme="majorHAnsi" w:hAnsiTheme="majorHAnsi" w:cstheme="majorHAnsi"/>
                <w:sz w:val="24"/>
                <w:szCs w:val="24"/>
              </w:rPr>
              <w:t>Name on Website + Program Recognition</w:t>
            </w:r>
          </w:p>
          <w:p w14:paraId="50C1D470" w14:textId="77777777" w:rsidR="004F080A" w:rsidRPr="002C6FFE" w:rsidRDefault="004F080A" w:rsidP="00C85436">
            <w:pPr>
              <w:spacing w:after="0" w:line="240" w:lineRule="auto"/>
              <w:rPr>
                <w:rFonts w:asciiTheme="majorHAnsi" w:hAnsiTheme="majorHAnsi" w:cstheme="majorHAnsi"/>
                <w:sz w:val="8"/>
                <w:szCs w:val="8"/>
              </w:rPr>
            </w:pPr>
          </w:p>
          <w:p w14:paraId="6EC8E2CC" w14:textId="66B4B146" w:rsidR="00644561" w:rsidRPr="002C6FFE" w:rsidRDefault="00000000" w:rsidP="00C85436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C6FF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C6FFE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="00AA2004">
              <w:rPr>
                <w:rFonts w:asciiTheme="majorHAnsi" w:hAnsiTheme="majorHAnsi" w:cstheme="majorHAnsi"/>
                <w:sz w:val="24"/>
                <w:szCs w:val="24"/>
              </w:rPr>
              <w:t>Festival Friend</w:t>
            </w:r>
            <w:r w:rsidRPr="002C6FFE">
              <w:rPr>
                <w:rFonts w:asciiTheme="majorHAnsi" w:hAnsiTheme="majorHAnsi" w:cstheme="majorHAnsi"/>
                <w:sz w:val="24"/>
                <w:szCs w:val="24"/>
              </w:rPr>
              <w:t xml:space="preserve"> — $500</w:t>
            </w:r>
          </w:p>
          <w:p w14:paraId="2BB1A7F8" w14:textId="0470C1F4" w:rsidR="00644561" w:rsidRPr="002C6FFE" w:rsidRDefault="00000000" w:rsidP="00C85436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C6FFE">
              <w:rPr>
                <w:rFonts w:asciiTheme="majorHAnsi" w:hAnsiTheme="majorHAnsi" w:cstheme="majorHAnsi"/>
                <w:sz w:val="24"/>
                <w:szCs w:val="24"/>
              </w:rPr>
              <w:t>Logo</w:t>
            </w:r>
            <w:r w:rsidR="004F080A" w:rsidRPr="002C6FFE">
              <w:rPr>
                <w:rFonts w:asciiTheme="majorHAnsi" w:hAnsiTheme="majorHAnsi" w:cstheme="majorHAnsi"/>
                <w:sz w:val="24"/>
                <w:szCs w:val="24"/>
              </w:rPr>
              <w:t>/</w:t>
            </w:r>
            <w:r w:rsidR="002C6FFE" w:rsidRPr="002C6FFE">
              <w:rPr>
                <w:rFonts w:asciiTheme="majorHAnsi" w:hAnsiTheme="majorHAnsi" w:cstheme="majorHAnsi"/>
                <w:sz w:val="24"/>
                <w:szCs w:val="24"/>
              </w:rPr>
              <w:t>N</w:t>
            </w:r>
            <w:r w:rsidR="004F080A" w:rsidRPr="002C6FFE">
              <w:rPr>
                <w:rFonts w:asciiTheme="majorHAnsi" w:hAnsiTheme="majorHAnsi" w:cstheme="majorHAnsi"/>
                <w:sz w:val="24"/>
                <w:szCs w:val="24"/>
              </w:rPr>
              <w:t>ame</w:t>
            </w:r>
            <w:r w:rsidRPr="002C6FFE">
              <w:rPr>
                <w:rFonts w:asciiTheme="majorHAnsi" w:hAnsiTheme="majorHAnsi" w:cstheme="majorHAnsi"/>
                <w:sz w:val="24"/>
                <w:szCs w:val="24"/>
              </w:rPr>
              <w:t xml:space="preserve"> on </w:t>
            </w:r>
            <w:r w:rsidR="000F26E2" w:rsidRPr="002C6FFE">
              <w:rPr>
                <w:rFonts w:asciiTheme="majorHAnsi" w:hAnsiTheme="majorHAnsi" w:cstheme="majorHAnsi"/>
                <w:sz w:val="24"/>
                <w:szCs w:val="24"/>
              </w:rPr>
              <w:t>W</w:t>
            </w:r>
            <w:r w:rsidRPr="002C6FFE">
              <w:rPr>
                <w:rFonts w:asciiTheme="majorHAnsi" w:hAnsiTheme="majorHAnsi" w:cstheme="majorHAnsi"/>
                <w:sz w:val="24"/>
                <w:szCs w:val="24"/>
              </w:rPr>
              <w:t>ebsite +</w:t>
            </w:r>
            <w:r w:rsidR="004F080A" w:rsidRPr="002C6FFE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="000F26E2" w:rsidRPr="002C6FFE">
              <w:rPr>
                <w:rFonts w:asciiTheme="majorHAnsi" w:hAnsiTheme="majorHAnsi" w:cstheme="majorHAnsi"/>
                <w:sz w:val="24"/>
                <w:szCs w:val="24"/>
              </w:rPr>
              <w:t>P</w:t>
            </w:r>
            <w:r w:rsidR="004F080A" w:rsidRPr="002C6FFE">
              <w:rPr>
                <w:rFonts w:asciiTheme="majorHAnsi" w:hAnsiTheme="majorHAnsi" w:cstheme="majorHAnsi"/>
                <w:sz w:val="24"/>
                <w:szCs w:val="24"/>
              </w:rPr>
              <w:t>rogram +</w:t>
            </w:r>
            <w:r w:rsidRPr="002C6FFE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="000F26E2" w:rsidRPr="002C6FFE">
              <w:rPr>
                <w:rFonts w:asciiTheme="majorHAnsi" w:hAnsiTheme="majorHAnsi" w:cstheme="majorHAnsi"/>
                <w:sz w:val="24"/>
                <w:szCs w:val="24"/>
              </w:rPr>
              <w:t>S</w:t>
            </w:r>
            <w:r w:rsidRPr="002C6FFE">
              <w:rPr>
                <w:rFonts w:asciiTheme="majorHAnsi" w:hAnsiTheme="majorHAnsi" w:cstheme="majorHAnsi"/>
                <w:sz w:val="24"/>
                <w:szCs w:val="24"/>
              </w:rPr>
              <w:t xml:space="preserve">hared </w:t>
            </w:r>
            <w:r w:rsidR="000F26E2" w:rsidRPr="002C6FFE">
              <w:rPr>
                <w:rFonts w:asciiTheme="majorHAnsi" w:hAnsiTheme="majorHAnsi" w:cstheme="majorHAnsi"/>
                <w:sz w:val="24"/>
                <w:szCs w:val="24"/>
              </w:rPr>
              <w:t>S</w:t>
            </w:r>
            <w:r w:rsidRPr="002C6FFE">
              <w:rPr>
                <w:rFonts w:asciiTheme="majorHAnsi" w:hAnsiTheme="majorHAnsi" w:cstheme="majorHAnsi"/>
                <w:sz w:val="24"/>
                <w:szCs w:val="24"/>
              </w:rPr>
              <w:t>ignage</w:t>
            </w:r>
          </w:p>
          <w:p w14:paraId="0962122F" w14:textId="77777777" w:rsidR="004F080A" w:rsidRPr="002C6FFE" w:rsidRDefault="004F080A" w:rsidP="00C85436">
            <w:pPr>
              <w:spacing w:after="0" w:line="240" w:lineRule="auto"/>
              <w:rPr>
                <w:rFonts w:asciiTheme="majorHAnsi" w:hAnsiTheme="majorHAnsi" w:cstheme="majorHAnsi"/>
                <w:sz w:val="8"/>
                <w:szCs w:val="8"/>
              </w:rPr>
            </w:pPr>
          </w:p>
          <w:p w14:paraId="5985924F" w14:textId="191247A7" w:rsidR="00644561" w:rsidRPr="002C6FFE" w:rsidRDefault="00000000" w:rsidP="00C85436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C6FF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C6FFE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="00AA2004">
              <w:rPr>
                <w:rFonts w:asciiTheme="majorHAnsi" w:hAnsiTheme="majorHAnsi" w:cstheme="majorHAnsi"/>
                <w:sz w:val="24"/>
                <w:szCs w:val="24"/>
              </w:rPr>
              <w:t>Community Curator</w:t>
            </w:r>
            <w:r w:rsidRPr="002C6FFE">
              <w:rPr>
                <w:rFonts w:asciiTheme="majorHAnsi" w:hAnsiTheme="majorHAnsi" w:cstheme="majorHAnsi"/>
                <w:sz w:val="24"/>
                <w:szCs w:val="24"/>
              </w:rPr>
              <w:t xml:space="preserve"> — $1,000</w:t>
            </w:r>
          </w:p>
          <w:p w14:paraId="6C795188" w14:textId="188C973F" w:rsidR="00C85436" w:rsidRPr="002C6FFE" w:rsidRDefault="00000000" w:rsidP="00C85436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C6FFE">
              <w:rPr>
                <w:rFonts w:asciiTheme="majorHAnsi" w:hAnsiTheme="majorHAnsi" w:cstheme="majorHAnsi"/>
                <w:sz w:val="24"/>
                <w:szCs w:val="24"/>
              </w:rPr>
              <w:t xml:space="preserve">Enhanced </w:t>
            </w:r>
            <w:r w:rsidR="000F26E2" w:rsidRPr="002C6FFE">
              <w:rPr>
                <w:rFonts w:asciiTheme="majorHAnsi" w:hAnsiTheme="majorHAnsi" w:cstheme="majorHAnsi"/>
                <w:sz w:val="24"/>
                <w:szCs w:val="24"/>
              </w:rPr>
              <w:t>L</w:t>
            </w:r>
            <w:r w:rsidRPr="002C6FFE">
              <w:rPr>
                <w:rFonts w:asciiTheme="majorHAnsi" w:hAnsiTheme="majorHAnsi" w:cstheme="majorHAnsi"/>
                <w:sz w:val="24"/>
                <w:szCs w:val="24"/>
              </w:rPr>
              <w:t xml:space="preserve">ogo </w:t>
            </w:r>
            <w:r w:rsidR="000F26E2" w:rsidRPr="002C6FFE">
              <w:rPr>
                <w:rFonts w:asciiTheme="majorHAnsi" w:hAnsiTheme="majorHAnsi" w:cstheme="majorHAnsi"/>
                <w:sz w:val="24"/>
                <w:szCs w:val="24"/>
              </w:rPr>
              <w:t>P</w:t>
            </w:r>
            <w:r w:rsidRPr="002C6FFE">
              <w:rPr>
                <w:rFonts w:asciiTheme="majorHAnsi" w:hAnsiTheme="majorHAnsi" w:cstheme="majorHAnsi"/>
                <w:sz w:val="24"/>
                <w:szCs w:val="24"/>
              </w:rPr>
              <w:t xml:space="preserve">lacement + </w:t>
            </w:r>
            <w:r w:rsidR="000F26E2" w:rsidRPr="002C6FFE">
              <w:rPr>
                <w:rFonts w:asciiTheme="majorHAnsi" w:hAnsiTheme="majorHAnsi" w:cstheme="majorHAnsi"/>
                <w:sz w:val="24"/>
                <w:szCs w:val="24"/>
              </w:rPr>
              <w:t>M</w:t>
            </w:r>
            <w:r w:rsidRPr="002C6FFE">
              <w:rPr>
                <w:rFonts w:asciiTheme="majorHAnsi" w:hAnsiTheme="majorHAnsi" w:cstheme="majorHAnsi"/>
                <w:sz w:val="24"/>
                <w:szCs w:val="24"/>
              </w:rPr>
              <w:t xml:space="preserve">ain </w:t>
            </w:r>
            <w:r w:rsidR="000F26E2" w:rsidRPr="002C6FFE">
              <w:rPr>
                <w:rFonts w:asciiTheme="majorHAnsi" w:hAnsiTheme="majorHAnsi" w:cstheme="majorHAnsi"/>
                <w:sz w:val="24"/>
                <w:szCs w:val="24"/>
              </w:rPr>
              <w:t>S</w:t>
            </w:r>
            <w:r w:rsidRPr="002C6FFE">
              <w:rPr>
                <w:rFonts w:asciiTheme="majorHAnsi" w:hAnsiTheme="majorHAnsi" w:cstheme="majorHAnsi"/>
                <w:sz w:val="24"/>
                <w:szCs w:val="24"/>
              </w:rPr>
              <w:t>ignage</w:t>
            </w:r>
            <w:r w:rsidR="004F080A" w:rsidRPr="002C6FFE">
              <w:rPr>
                <w:rFonts w:asciiTheme="majorHAnsi" w:hAnsiTheme="majorHAnsi" w:cstheme="majorHAnsi"/>
                <w:sz w:val="24"/>
                <w:szCs w:val="24"/>
              </w:rPr>
              <w:t xml:space="preserve"> + </w:t>
            </w:r>
            <w:r w:rsidR="000F26E2" w:rsidRPr="002C6FFE">
              <w:rPr>
                <w:rFonts w:asciiTheme="majorHAnsi" w:hAnsiTheme="majorHAnsi" w:cstheme="majorHAnsi"/>
                <w:sz w:val="24"/>
                <w:szCs w:val="24"/>
              </w:rPr>
              <w:t>C</w:t>
            </w:r>
            <w:r w:rsidR="004F080A" w:rsidRPr="002C6FFE">
              <w:rPr>
                <w:rFonts w:asciiTheme="majorHAnsi" w:hAnsiTheme="majorHAnsi" w:cstheme="majorHAnsi"/>
                <w:sz w:val="24"/>
                <w:szCs w:val="24"/>
              </w:rPr>
              <w:t xml:space="preserve">ustom </w:t>
            </w:r>
            <w:r w:rsidR="000F26E2" w:rsidRPr="002C6FFE">
              <w:rPr>
                <w:rFonts w:asciiTheme="majorHAnsi" w:hAnsiTheme="majorHAnsi" w:cstheme="majorHAnsi"/>
                <w:sz w:val="24"/>
                <w:szCs w:val="24"/>
              </w:rPr>
              <w:t>A</w:t>
            </w:r>
            <w:r w:rsidR="004F080A" w:rsidRPr="002C6FFE">
              <w:rPr>
                <w:rFonts w:asciiTheme="majorHAnsi" w:hAnsiTheme="majorHAnsi" w:cstheme="majorHAnsi"/>
                <w:sz w:val="24"/>
                <w:szCs w:val="24"/>
              </w:rPr>
              <w:t xml:space="preserve">d </w:t>
            </w:r>
            <w:r w:rsidR="000F26E2" w:rsidRPr="002C6FFE">
              <w:rPr>
                <w:rFonts w:asciiTheme="majorHAnsi" w:hAnsiTheme="majorHAnsi" w:cstheme="majorHAnsi"/>
                <w:sz w:val="24"/>
                <w:szCs w:val="24"/>
              </w:rPr>
              <w:t>A</w:t>
            </w:r>
            <w:r w:rsidR="004F080A" w:rsidRPr="002C6FFE">
              <w:rPr>
                <w:rFonts w:asciiTheme="majorHAnsi" w:hAnsiTheme="majorHAnsi" w:cstheme="majorHAnsi"/>
                <w:sz w:val="24"/>
                <w:szCs w:val="24"/>
              </w:rPr>
              <w:t>nnouncement over PA 2x</w:t>
            </w:r>
            <w:r w:rsidR="000F26E2" w:rsidRPr="002C6FFE">
              <w:rPr>
                <w:rFonts w:asciiTheme="majorHAnsi" w:hAnsiTheme="majorHAnsi" w:cstheme="majorHAnsi"/>
                <w:sz w:val="24"/>
                <w:szCs w:val="24"/>
              </w:rPr>
              <w:t xml:space="preserve"> during Festival</w:t>
            </w:r>
          </w:p>
          <w:p w14:paraId="1236A19F" w14:textId="77777777" w:rsidR="004F080A" w:rsidRPr="002C6FFE" w:rsidRDefault="004F080A" w:rsidP="00C85436">
            <w:pPr>
              <w:spacing w:after="0" w:line="240" w:lineRule="auto"/>
              <w:rPr>
                <w:rFonts w:asciiTheme="majorHAnsi" w:hAnsiTheme="majorHAnsi" w:cstheme="majorHAnsi"/>
                <w:sz w:val="8"/>
                <w:szCs w:val="8"/>
              </w:rPr>
            </w:pPr>
          </w:p>
          <w:p w14:paraId="7430574A" w14:textId="3278214B" w:rsidR="00644561" w:rsidRPr="002C6FFE" w:rsidRDefault="00000000" w:rsidP="00C85436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C6FF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C6FFE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="00AA2004">
              <w:rPr>
                <w:rFonts w:asciiTheme="majorHAnsi" w:hAnsiTheme="majorHAnsi" w:cstheme="majorHAnsi"/>
                <w:sz w:val="24"/>
                <w:szCs w:val="24"/>
              </w:rPr>
              <w:t xml:space="preserve">Cultural </w:t>
            </w:r>
            <w:r w:rsidRPr="002C6FFE">
              <w:rPr>
                <w:rFonts w:asciiTheme="majorHAnsi" w:hAnsiTheme="majorHAnsi" w:cstheme="majorHAnsi"/>
                <w:sz w:val="24"/>
                <w:szCs w:val="24"/>
              </w:rPr>
              <w:t>Patron — $2,500</w:t>
            </w:r>
          </w:p>
          <w:p w14:paraId="7C3B2629" w14:textId="77777777" w:rsidR="00AA2004" w:rsidRDefault="00000000" w:rsidP="00C85436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C6FFE">
              <w:rPr>
                <w:rFonts w:asciiTheme="majorHAnsi" w:hAnsiTheme="majorHAnsi" w:cstheme="majorHAnsi"/>
                <w:sz w:val="24"/>
                <w:szCs w:val="24"/>
              </w:rPr>
              <w:t xml:space="preserve">Named </w:t>
            </w:r>
            <w:r w:rsidR="00C85436" w:rsidRPr="002C6FFE">
              <w:rPr>
                <w:rFonts w:asciiTheme="majorHAnsi" w:hAnsiTheme="majorHAnsi" w:cstheme="majorHAnsi"/>
                <w:sz w:val="24"/>
                <w:szCs w:val="24"/>
              </w:rPr>
              <w:t>B</w:t>
            </w:r>
            <w:r w:rsidRPr="002C6FFE">
              <w:rPr>
                <w:rFonts w:asciiTheme="majorHAnsi" w:hAnsiTheme="majorHAnsi" w:cstheme="majorHAnsi"/>
                <w:sz w:val="24"/>
                <w:szCs w:val="24"/>
              </w:rPr>
              <w:t xml:space="preserve">ooth </w:t>
            </w:r>
            <w:r w:rsidR="00C85436" w:rsidRPr="002C6FFE">
              <w:rPr>
                <w:rFonts w:asciiTheme="majorHAnsi" w:hAnsiTheme="majorHAnsi" w:cstheme="majorHAnsi"/>
                <w:sz w:val="24"/>
                <w:szCs w:val="24"/>
              </w:rPr>
              <w:t>S</w:t>
            </w:r>
            <w:r w:rsidRPr="002C6FFE">
              <w:rPr>
                <w:rFonts w:asciiTheme="majorHAnsi" w:hAnsiTheme="majorHAnsi" w:cstheme="majorHAnsi"/>
                <w:sz w:val="24"/>
                <w:szCs w:val="24"/>
              </w:rPr>
              <w:t xml:space="preserve">ponsor + </w:t>
            </w:r>
            <w:r w:rsidR="00C85436" w:rsidRPr="002C6FFE">
              <w:rPr>
                <w:rFonts w:asciiTheme="majorHAnsi" w:hAnsiTheme="majorHAnsi" w:cstheme="majorHAnsi"/>
                <w:sz w:val="24"/>
                <w:szCs w:val="24"/>
              </w:rPr>
              <w:t>P</w:t>
            </w:r>
            <w:r w:rsidRPr="002C6FFE">
              <w:rPr>
                <w:rFonts w:asciiTheme="majorHAnsi" w:hAnsiTheme="majorHAnsi" w:cstheme="majorHAnsi"/>
                <w:sz w:val="24"/>
                <w:szCs w:val="24"/>
              </w:rPr>
              <w:t xml:space="preserve">remium </w:t>
            </w:r>
            <w:r w:rsidR="00C85436" w:rsidRPr="002C6FFE">
              <w:rPr>
                <w:rFonts w:asciiTheme="majorHAnsi" w:hAnsiTheme="majorHAnsi" w:cstheme="majorHAnsi"/>
                <w:sz w:val="24"/>
                <w:szCs w:val="24"/>
              </w:rPr>
              <w:t>L</w:t>
            </w:r>
            <w:r w:rsidR="0007056B" w:rsidRPr="002C6FFE">
              <w:rPr>
                <w:rFonts w:asciiTheme="majorHAnsi" w:hAnsiTheme="majorHAnsi" w:cstheme="majorHAnsi"/>
                <w:sz w:val="24"/>
                <w:szCs w:val="24"/>
              </w:rPr>
              <w:t xml:space="preserve">ogo </w:t>
            </w:r>
          </w:p>
          <w:p w14:paraId="70E8CF6E" w14:textId="1E60A232" w:rsidR="004F080A" w:rsidRPr="002C6FFE" w:rsidRDefault="00C85436" w:rsidP="00C85436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C6FFE">
              <w:rPr>
                <w:rFonts w:asciiTheme="majorHAnsi" w:hAnsiTheme="majorHAnsi" w:cstheme="majorHAnsi"/>
                <w:sz w:val="24"/>
                <w:szCs w:val="24"/>
              </w:rPr>
              <w:t>P</w:t>
            </w:r>
            <w:r w:rsidR="00000000" w:rsidRPr="002C6FFE">
              <w:rPr>
                <w:rFonts w:asciiTheme="majorHAnsi" w:hAnsiTheme="majorHAnsi" w:cstheme="majorHAnsi"/>
                <w:sz w:val="24"/>
                <w:szCs w:val="24"/>
              </w:rPr>
              <w:t>lacement</w:t>
            </w:r>
            <w:r w:rsidR="0007056B" w:rsidRPr="002C6FFE">
              <w:rPr>
                <w:rFonts w:asciiTheme="majorHAnsi" w:hAnsiTheme="majorHAnsi" w:cstheme="majorHAnsi"/>
                <w:sz w:val="24"/>
                <w:szCs w:val="24"/>
              </w:rPr>
              <w:t xml:space="preserve"> on </w:t>
            </w:r>
            <w:r w:rsidRPr="002C6FFE">
              <w:rPr>
                <w:rFonts w:asciiTheme="majorHAnsi" w:hAnsiTheme="majorHAnsi" w:cstheme="majorHAnsi"/>
                <w:sz w:val="24"/>
                <w:szCs w:val="24"/>
              </w:rPr>
              <w:t>W</w:t>
            </w:r>
            <w:r w:rsidR="0007056B" w:rsidRPr="002C6FFE">
              <w:rPr>
                <w:rFonts w:asciiTheme="majorHAnsi" w:hAnsiTheme="majorHAnsi" w:cstheme="majorHAnsi"/>
                <w:sz w:val="24"/>
                <w:szCs w:val="24"/>
              </w:rPr>
              <w:t xml:space="preserve">ebsite </w:t>
            </w:r>
            <w:r w:rsidRPr="002C6FFE">
              <w:rPr>
                <w:rFonts w:asciiTheme="majorHAnsi" w:hAnsiTheme="majorHAnsi" w:cstheme="majorHAnsi"/>
                <w:sz w:val="24"/>
                <w:szCs w:val="24"/>
              </w:rPr>
              <w:t>+</w:t>
            </w:r>
            <w:r w:rsidR="0007056B" w:rsidRPr="002C6FFE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2C6FFE">
              <w:rPr>
                <w:rFonts w:asciiTheme="majorHAnsi" w:hAnsiTheme="majorHAnsi" w:cstheme="majorHAnsi"/>
                <w:sz w:val="24"/>
                <w:szCs w:val="24"/>
              </w:rPr>
              <w:t>P</w:t>
            </w:r>
            <w:r w:rsidR="0007056B" w:rsidRPr="002C6FFE">
              <w:rPr>
                <w:rFonts w:asciiTheme="majorHAnsi" w:hAnsiTheme="majorHAnsi" w:cstheme="majorHAnsi"/>
                <w:sz w:val="24"/>
                <w:szCs w:val="24"/>
              </w:rPr>
              <w:t>rogram</w:t>
            </w:r>
          </w:p>
          <w:p w14:paraId="7D91B0E2" w14:textId="2DCE2BAF" w:rsidR="002C6FFE" w:rsidRPr="00AF0205" w:rsidRDefault="002C6FFE" w:rsidP="002C6FFE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5170" w:type="dxa"/>
          </w:tcPr>
          <w:p w14:paraId="5DF2B134" w14:textId="77777777" w:rsidR="00C85436" w:rsidRDefault="00C85436" w:rsidP="00C85436">
            <w:pPr>
              <w:spacing w:after="0" w:line="240" w:lineRule="auto"/>
              <w:rPr>
                <w:rFonts w:asciiTheme="majorHAnsi" w:hAnsiTheme="majorHAnsi" w:cstheme="majorHAnsi"/>
                <w:b/>
                <w:color w:val="E36C0A" w:themeColor="accent6" w:themeShade="BF"/>
                <w:sz w:val="24"/>
                <w:szCs w:val="24"/>
              </w:rPr>
            </w:pPr>
          </w:p>
          <w:p w14:paraId="33A61EEA" w14:textId="6AA9812E" w:rsidR="002C6FFE" w:rsidRPr="002C6FFE" w:rsidRDefault="00000000" w:rsidP="00C85436">
            <w:pPr>
              <w:spacing w:after="0" w:line="240" w:lineRule="auto"/>
              <w:rPr>
                <w:rFonts w:ascii="Segoe UI Symbol" w:hAnsi="Segoe UI Symbol" w:cs="Segoe UI Symbol"/>
                <w:sz w:val="20"/>
                <w:szCs w:val="20"/>
              </w:rPr>
            </w:pPr>
            <w:r w:rsidRPr="002C6FFE">
              <w:rPr>
                <w:rFonts w:asciiTheme="majorHAnsi" w:hAnsiTheme="majorHAnsi" w:cstheme="majorHAnsi"/>
                <w:b/>
                <w:color w:val="E36C0A" w:themeColor="accent6" w:themeShade="BF"/>
                <w:sz w:val="28"/>
                <w:szCs w:val="28"/>
              </w:rPr>
              <w:t>JEWISH FILM FESTIVAL</w:t>
            </w:r>
            <w:r w:rsidR="000F26E2" w:rsidRPr="002C6FFE">
              <w:rPr>
                <w:rFonts w:asciiTheme="majorHAnsi" w:hAnsiTheme="majorHAnsi" w:cstheme="majorHAnsi"/>
                <w:b/>
                <w:color w:val="E36C0A" w:themeColor="accent6" w:themeShade="BF"/>
                <w:sz w:val="28"/>
                <w:szCs w:val="28"/>
              </w:rPr>
              <w:t xml:space="preserve"> JANUARY</w:t>
            </w:r>
            <w:r w:rsidR="002C6FFE">
              <w:rPr>
                <w:rFonts w:asciiTheme="majorHAnsi" w:hAnsiTheme="majorHAnsi" w:cstheme="majorHAnsi"/>
                <w:b/>
                <w:color w:val="E36C0A" w:themeColor="accent6" w:themeShade="BF"/>
                <w:sz w:val="28"/>
                <w:szCs w:val="28"/>
              </w:rPr>
              <w:t xml:space="preserve"> </w:t>
            </w:r>
            <w:r w:rsidR="000F26E2" w:rsidRPr="002C6FFE">
              <w:rPr>
                <w:rFonts w:asciiTheme="majorHAnsi" w:hAnsiTheme="majorHAnsi" w:cstheme="majorHAnsi"/>
                <w:b/>
                <w:color w:val="E36C0A" w:themeColor="accent6" w:themeShade="BF"/>
                <w:sz w:val="28"/>
                <w:szCs w:val="28"/>
              </w:rPr>
              <w:t>2027</w:t>
            </w:r>
            <w:r w:rsidR="002C6FFE">
              <w:rPr>
                <w:rFonts w:asciiTheme="majorHAnsi" w:hAnsiTheme="majorHAnsi" w:cstheme="majorHAnsi"/>
                <w:b/>
                <w:color w:val="E36C0A" w:themeColor="accent6" w:themeShade="BF"/>
                <w:sz w:val="28"/>
                <w:szCs w:val="28"/>
              </w:rPr>
              <w:t xml:space="preserve"> </w:t>
            </w:r>
            <w:r w:rsidRPr="002C6FFE">
              <w:rPr>
                <w:rFonts w:asciiTheme="majorHAnsi" w:hAnsiTheme="majorHAnsi" w:cstheme="majorHAnsi"/>
                <w:b/>
                <w:sz w:val="28"/>
                <w:szCs w:val="28"/>
              </w:rPr>
              <w:br/>
            </w:r>
          </w:p>
          <w:p w14:paraId="65B9DFD7" w14:textId="00DA0B98" w:rsidR="00644561" w:rsidRPr="002C6FFE" w:rsidRDefault="00000000" w:rsidP="00C85436">
            <w:pPr>
              <w:spacing w:after="0" w:line="240" w:lineRule="auto"/>
              <w:rPr>
                <w:rFonts w:asciiTheme="majorHAnsi" w:hAnsiTheme="majorHAnsi" w:cstheme="majorHAnsi"/>
                <w:b/>
                <w:color w:val="E36C0A" w:themeColor="accent6" w:themeShade="BF"/>
                <w:sz w:val="24"/>
                <w:szCs w:val="24"/>
              </w:rPr>
            </w:pPr>
            <w:r w:rsidRPr="002C6FF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C6FFE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="00AA2004">
              <w:rPr>
                <w:rFonts w:asciiTheme="majorHAnsi" w:hAnsiTheme="majorHAnsi" w:cstheme="majorHAnsi"/>
                <w:sz w:val="24"/>
                <w:szCs w:val="24"/>
              </w:rPr>
              <w:t xml:space="preserve">Season </w:t>
            </w:r>
            <w:r w:rsidRPr="002C6FFE">
              <w:rPr>
                <w:rFonts w:asciiTheme="majorHAnsi" w:hAnsiTheme="majorHAnsi" w:cstheme="majorHAnsi"/>
                <w:sz w:val="24"/>
                <w:szCs w:val="24"/>
              </w:rPr>
              <w:t>Supporter — $</w:t>
            </w:r>
            <w:r w:rsidR="00DE2A17" w:rsidRPr="002C6FFE">
              <w:rPr>
                <w:rFonts w:asciiTheme="majorHAnsi" w:hAnsiTheme="majorHAnsi" w:cstheme="majorHAnsi"/>
                <w:sz w:val="24"/>
                <w:szCs w:val="24"/>
              </w:rPr>
              <w:t>2</w:t>
            </w:r>
            <w:r w:rsidRPr="002C6FFE">
              <w:rPr>
                <w:rFonts w:asciiTheme="majorHAnsi" w:hAnsiTheme="majorHAnsi" w:cstheme="majorHAnsi"/>
                <w:sz w:val="24"/>
                <w:szCs w:val="24"/>
              </w:rPr>
              <w:t>50</w:t>
            </w:r>
          </w:p>
          <w:p w14:paraId="26CD2C8C" w14:textId="2A676B81" w:rsidR="00644561" w:rsidRPr="002C6FFE" w:rsidRDefault="000F26E2" w:rsidP="00C85436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C6FFE">
              <w:rPr>
                <w:rFonts w:asciiTheme="majorHAnsi" w:hAnsiTheme="majorHAnsi" w:cstheme="majorHAnsi"/>
                <w:sz w:val="24"/>
                <w:szCs w:val="24"/>
              </w:rPr>
              <w:t>Name on Website + Screen + 2 tickets</w:t>
            </w:r>
          </w:p>
          <w:p w14:paraId="277383D0" w14:textId="77777777" w:rsidR="004F080A" w:rsidRPr="002C6FFE" w:rsidRDefault="004F080A" w:rsidP="00C85436">
            <w:pPr>
              <w:spacing w:after="0" w:line="240" w:lineRule="auto"/>
              <w:rPr>
                <w:rFonts w:asciiTheme="majorHAnsi" w:hAnsiTheme="majorHAnsi" w:cstheme="majorHAnsi"/>
                <w:sz w:val="8"/>
                <w:szCs w:val="8"/>
              </w:rPr>
            </w:pPr>
          </w:p>
          <w:p w14:paraId="2832D0DA" w14:textId="0720BC77" w:rsidR="00644561" w:rsidRPr="002C6FFE" w:rsidRDefault="00000000" w:rsidP="00C85436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C6FF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C6FFE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="00AA2004">
              <w:rPr>
                <w:rFonts w:asciiTheme="majorHAnsi" w:hAnsiTheme="majorHAnsi" w:cstheme="majorHAnsi"/>
                <w:sz w:val="24"/>
                <w:szCs w:val="24"/>
              </w:rPr>
              <w:t>Festival Friend</w:t>
            </w:r>
            <w:r w:rsidRPr="002C6FFE">
              <w:rPr>
                <w:rFonts w:asciiTheme="majorHAnsi" w:hAnsiTheme="majorHAnsi" w:cstheme="majorHAnsi"/>
                <w:sz w:val="24"/>
                <w:szCs w:val="24"/>
              </w:rPr>
              <w:t xml:space="preserve"> — $</w:t>
            </w:r>
            <w:r w:rsidR="00DE2A17" w:rsidRPr="002C6FFE">
              <w:rPr>
                <w:rFonts w:asciiTheme="majorHAnsi" w:hAnsiTheme="majorHAnsi" w:cstheme="majorHAnsi"/>
                <w:sz w:val="24"/>
                <w:szCs w:val="24"/>
              </w:rPr>
              <w:t>5</w:t>
            </w:r>
            <w:r w:rsidRPr="002C6FFE">
              <w:rPr>
                <w:rFonts w:asciiTheme="majorHAnsi" w:hAnsiTheme="majorHAnsi" w:cstheme="majorHAnsi"/>
                <w:sz w:val="24"/>
                <w:szCs w:val="24"/>
              </w:rPr>
              <w:t>00</w:t>
            </w:r>
          </w:p>
          <w:p w14:paraId="4082F471" w14:textId="797C139B" w:rsidR="00644561" w:rsidRPr="002C6FFE" w:rsidRDefault="000F26E2" w:rsidP="00C85436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C6FFE">
              <w:rPr>
                <w:rFonts w:asciiTheme="majorHAnsi" w:hAnsiTheme="majorHAnsi" w:cstheme="majorHAnsi"/>
                <w:sz w:val="24"/>
                <w:szCs w:val="24"/>
              </w:rPr>
              <w:t>Logo</w:t>
            </w:r>
            <w:r w:rsidR="002C6FFE" w:rsidRPr="002C6FFE">
              <w:rPr>
                <w:rFonts w:asciiTheme="majorHAnsi" w:hAnsiTheme="majorHAnsi" w:cstheme="majorHAnsi"/>
                <w:sz w:val="24"/>
                <w:szCs w:val="24"/>
              </w:rPr>
              <w:t xml:space="preserve">/Name </w:t>
            </w:r>
            <w:r w:rsidRPr="002C6FFE">
              <w:rPr>
                <w:rFonts w:asciiTheme="majorHAnsi" w:hAnsiTheme="majorHAnsi" w:cstheme="majorHAnsi"/>
                <w:sz w:val="24"/>
                <w:szCs w:val="24"/>
              </w:rPr>
              <w:t>on Screen + Program + 4 tickets</w:t>
            </w:r>
          </w:p>
          <w:p w14:paraId="005D5B84" w14:textId="77777777" w:rsidR="002C6FFE" w:rsidRPr="002C6FFE" w:rsidRDefault="002C6FFE" w:rsidP="00C85436">
            <w:pPr>
              <w:spacing w:after="0" w:line="240" w:lineRule="auto"/>
              <w:rPr>
                <w:rFonts w:asciiTheme="majorHAnsi" w:hAnsiTheme="majorHAnsi" w:cstheme="majorHAnsi"/>
                <w:sz w:val="18"/>
                <w:szCs w:val="18"/>
              </w:rPr>
            </w:pPr>
          </w:p>
          <w:p w14:paraId="7AE86432" w14:textId="24C3736B" w:rsidR="00644561" w:rsidRPr="002C6FFE" w:rsidRDefault="00000000" w:rsidP="00C85436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C6FF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C6FFE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="00AA2004">
              <w:rPr>
                <w:rFonts w:asciiTheme="majorHAnsi" w:hAnsiTheme="majorHAnsi" w:cstheme="majorHAnsi"/>
                <w:sz w:val="24"/>
                <w:szCs w:val="24"/>
              </w:rPr>
              <w:t>Community Curator</w:t>
            </w:r>
            <w:r w:rsidRPr="002C6FFE">
              <w:rPr>
                <w:rFonts w:asciiTheme="majorHAnsi" w:hAnsiTheme="majorHAnsi" w:cstheme="majorHAnsi"/>
                <w:sz w:val="24"/>
                <w:szCs w:val="24"/>
              </w:rPr>
              <w:t xml:space="preserve"> — $</w:t>
            </w:r>
            <w:r w:rsidR="00DE2A17" w:rsidRPr="002C6FFE">
              <w:rPr>
                <w:rFonts w:asciiTheme="majorHAnsi" w:hAnsiTheme="majorHAnsi" w:cstheme="majorHAnsi"/>
                <w:sz w:val="24"/>
                <w:szCs w:val="24"/>
              </w:rPr>
              <w:t>10</w:t>
            </w:r>
            <w:r w:rsidRPr="002C6FFE">
              <w:rPr>
                <w:rFonts w:asciiTheme="majorHAnsi" w:hAnsiTheme="majorHAnsi" w:cstheme="majorHAnsi"/>
                <w:sz w:val="24"/>
                <w:szCs w:val="24"/>
              </w:rPr>
              <w:t>00</w:t>
            </w:r>
          </w:p>
          <w:p w14:paraId="4058C781" w14:textId="381EAB81" w:rsidR="00644561" w:rsidRPr="002C6FFE" w:rsidRDefault="00000000" w:rsidP="00C85436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C6FFE">
              <w:rPr>
                <w:rFonts w:asciiTheme="majorHAnsi" w:hAnsiTheme="majorHAnsi" w:cstheme="majorHAnsi"/>
                <w:sz w:val="24"/>
                <w:szCs w:val="24"/>
              </w:rPr>
              <w:t xml:space="preserve">Sponsor a </w:t>
            </w:r>
            <w:r w:rsidR="000F26E2" w:rsidRPr="002C6FFE">
              <w:rPr>
                <w:rFonts w:asciiTheme="majorHAnsi" w:hAnsiTheme="majorHAnsi" w:cstheme="majorHAnsi"/>
                <w:sz w:val="24"/>
                <w:szCs w:val="24"/>
              </w:rPr>
              <w:t>F</w:t>
            </w:r>
            <w:r w:rsidRPr="002C6FFE">
              <w:rPr>
                <w:rFonts w:asciiTheme="majorHAnsi" w:hAnsiTheme="majorHAnsi" w:cstheme="majorHAnsi"/>
                <w:sz w:val="24"/>
                <w:szCs w:val="24"/>
              </w:rPr>
              <w:t xml:space="preserve">ilm </w:t>
            </w:r>
            <w:r w:rsidR="000F26E2" w:rsidRPr="002C6FFE">
              <w:rPr>
                <w:rFonts w:asciiTheme="majorHAnsi" w:hAnsiTheme="majorHAnsi" w:cstheme="majorHAnsi"/>
                <w:sz w:val="24"/>
                <w:szCs w:val="24"/>
              </w:rPr>
              <w:t xml:space="preserve">Screening </w:t>
            </w:r>
            <w:r w:rsidRPr="002C6FFE">
              <w:rPr>
                <w:rFonts w:asciiTheme="majorHAnsi" w:hAnsiTheme="majorHAnsi" w:cstheme="majorHAnsi"/>
                <w:sz w:val="24"/>
                <w:szCs w:val="24"/>
              </w:rPr>
              <w:t xml:space="preserve">+ </w:t>
            </w:r>
            <w:r w:rsidR="000F26E2" w:rsidRPr="002C6FFE">
              <w:rPr>
                <w:rFonts w:asciiTheme="majorHAnsi" w:hAnsiTheme="majorHAnsi" w:cstheme="majorHAnsi"/>
                <w:sz w:val="24"/>
                <w:szCs w:val="24"/>
              </w:rPr>
              <w:t>Name/L</w:t>
            </w:r>
            <w:r w:rsidRPr="002C6FFE">
              <w:rPr>
                <w:rFonts w:asciiTheme="majorHAnsi" w:hAnsiTheme="majorHAnsi" w:cstheme="majorHAnsi"/>
                <w:sz w:val="24"/>
                <w:szCs w:val="24"/>
              </w:rPr>
              <w:t xml:space="preserve">ogo </w:t>
            </w:r>
            <w:r w:rsidR="000F26E2" w:rsidRPr="002C6FFE">
              <w:rPr>
                <w:rFonts w:asciiTheme="majorHAnsi" w:hAnsiTheme="majorHAnsi" w:cstheme="majorHAnsi"/>
                <w:sz w:val="24"/>
                <w:szCs w:val="24"/>
              </w:rPr>
              <w:t xml:space="preserve">on Event Welcome Poster + Website + Screen + Program </w:t>
            </w:r>
            <w:r w:rsidR="000F26E2" w:rsidRPr="002C6FFE">
              <w:rPr>
                <w:rFonts w:asciiTheme="majorHAnsi" w:hAnsiTheme="majorHAnsi" w:cstheme="majorHAnsi"/>
                <w:sz w:val="24"/>
                <w:szCs w:val="24"/>
              </w:rPr>
              <w:br/>
            </w:r>
            <w:r w:rsidRPr="002C6FFE">
              <w:rPr>
                <w:rFonts w:asciiTheme="majorHAnsi" w:hAnsiTheme="majorHAnsi" w:cstheme="majorHAnsi"/>
                <w:sz w:val="24"/>
                <w:szCs w:val="24"/>
              </w:rPr>
              <w:t>+ 6 tickets</w:t>
            </w:r>
          </w:p>
          <w:p w14:paraId="2E8A840C" w14:textId="77777777" w:rsidR="004F080A" w:rsidRPr="002C6FFE" w:rsidRDefault="004F080A" w:rsidP="00C85436">
            <w:pPr>
              <w:spacing w:after="0" w:line="240" w:lineRule="auto"/>
              <w:rPr>
                <w:rFonts w:asciiTheme="majorHAnsi" w:hAnsiTheme="majorHAnsi" w:cstheme="majorHAnsi"/>
                <w:sz w:val="12"/>
                <w:szCs w:val="12"/>
              </w:rPr>
            </w:pPr>
          </w:p>
          <w:p w14:paraId="28EA64B9" w14:textId="61193059" w:rsidR="00644561" w:rsidRPr="002C6FFE" w:rsidRDefault="00000000" w:rsidP="00C85436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C6FFE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2C6FFE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="00AA2004">
              <w:rPr>
                <w:rFonts w:asciiTheme="majorHAnsi" w:hAnsiTheme="majorHAnsi" w:cstheme="majorHAnsi"/>
                <w:sz w:val="24"/>
                <w:szCs w:val="24"/>
              </w:rPr>
              <w:t xml:space="preserve">Cultural </w:t>
            </w:r>
            <w:r w:rsidRPr="002C6FFE">
              <w:rPr>
                <w:rFonts w:asciiTheme="majorHAnsi" w:hAnsiTheme="majorHAnsi" w:cstheme="majorHAnsi"/>
                <w:sz w:val="24"/>
                <w:szCs w:val="24"/>
              </w:rPr>
              <w:t>Patron — $2,</w:t>
            </w:r>
            <w:r w:rsidR="00DE2A17" w:rsidRPr="002C6FFE">
              <w:rPr>
                <w:rFonts w:asciiTheme="majorHAnsi" w:hAnsiTheme="majorHAnsi" w:cstheme="majorHAnsi"/>
                <w:sz w:val="24"/>
                <w:szCs w:val="24"/>
              </w:rPr>
              <w:t>5</w:t>
            </w:r>
            <w:r w:rsidRPr="002C6FFE">
              <w:rPr>
                <w:rFonts w:asciiTheme="majorHAnsi" w:hAnsiTheme="majorHAnsi" w:cstheme="majorHAnsi"/>
                <w:sz w:val="24"/>
                <w:szCs w:val="24"/>
              </w:rPr>
              <w:t>00</w:t>
            </w:r>
          </w:p>
          <w:p w14:paraId="7B6177BB" w14:textId="1231F91B" w:rsidR="00644561" w:rsidRPr="002C6FFE" w:rsidRDefault="00000000" w:rsidP="00C85436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  <w:r w:rsidRPr="002C6FFE">
              <w:rPr>
                <w:rFonts w:asciiTheme="majorHAnsi" w:hAnsiTheme="majorHAnsi" w:cstheme="majorHAnsi"/>
                <w:sz w:val="24"/>
                <w:szCs w:val="24"/>
              </w:rPr>
              <w:t xml:space="preserve">VIP </w:t>
            </w:r>
            <w:r w:rsidR="000F26E2" w:rsidRPr="002C6FFE">
              <w:rPr>
                <w:rFonts w:asciiTheme="majorHAnsi" w:hAnsiTheme="majorHAnsi" w:cstheme="majorHAnsi"/>
                <w:sz w:val="24"/>
                <w:szCs w:val="24"/>
              </w:rPr>
              <w:t>E</w:t>
            </w:r>
            <w:r w:rsidR="00520A46" w:rsidRPr="002C6FFE">
              <w:rPr>
                <w:rFonts w:asciiTheme="majorHAnsi" w:hAnsiTheme="majorHAnsi" w:cstheme="majorHAnsi"/>
                <w:sz w:val="24"/>
                <w:szCs w:val="24"/>
              </w:rPr>
              <w:t xml:space="preserve">vent </w:t>
            </w:r>
            <w:r w:rsidR="000F26E2" w:rsidRPr="002C6FFE">
              <w:rPr>
                <w:rFonts w:asciiTheme="majorHAnsi" w:hAnsiTheme="majorHAnsi" w:cstheme="majorHAnsi"/>
                <w:sz w:val="24"/>
                <w:szCs w:val="24"/>
              </w:rPr>
              <w:t>S</w:t>
            </w:r>
            <w:r w:rsidRPr="002C6FFE">
              <w:rPr>
                <w:rFonts w:asciiTheme="majorHAnsi" w:hAnsiTheme="majorHAnsi" w:cstheme="majorHAnsi"/>
                <w:sz w:val="24"/>
                <w:szCs w:val="24"/>
              </w:rPr>
              <w:t xml:space="preserve">ponsor </w:t>
            </w:r>
            <w:r w:rsidR="000F26E2" w:rsidRPr="002C6FFE">
              <w:rPr>
                <w:rFonts w:asciiTheme="majorHAnsi" w:hAnsiTheme="majorHAnsi" w:cstheme="majorHAnsi"/>
                <w:sz w:val="24"/>
                <w:szCs w:val="24"/>
              </w:rPr>
              <w:t>+ P</w:t>
            </w:r>
            <w:r w:rsidRPr="002C6FFE">
              <w:rPr>
                <w:rFonts w:asciiTheme="majorHAnsi" w:hAnsiTheme="majorHAnsi" w:cstheme="majorHAnsi"/>
                <w:sz w:val="24"/>
                <w:szCs w:val="24"/>
              </w:rPr>
              <w:t xml:space="preserve">remium </w:t>
            </w:r>
            <w:r w:rsidR="000F26E2" w:rsidRPr="002C6FFE">
              <w:rPr>
                <w:rFonts w:asciiTheme="majorHAnsi" w:hAnsiTheme="majorHAnsi" w:cstheme="majorHAnsi"/>
                <w:sz w:val="24"/>
                <w:szCs w:val="24"/>
              </w:rPr>
              <w:t>L</w:t>
            </w:r>
            <w:r w:rsidRPr="002C6FFE">
              <w:rPr>
                <w:rFonts w:asciiTheme="majorHAnsi" w:hAnsiTheme="majorHAnsi" w:cstheme="majorHAnsi"/>
                <w:sz w:val="24"/>
                <w:szCs w:val="24"/>
              </w:rPr>
              <w:t xml:space="preserve">ogo </w:t>
            </w:r>
            <w:r w:rsidR="00520A46" w:rsidRPr="002C6FFE">
              <w:rPr>
                <w:rFonts w:asciiTheme="majorHAnsi" w:hAnsiTheme="majorHAnsi" w:cstheme="majorHAnsi"/>
                <w:sz w:val="24"/>
                <w:szCs w:val="24"/>
              </w:rPr>
              <w:t xml:space="preserve">on </w:t>
            </w:r>
            <w:r w:rsidR="000F26E2" w:rsidRPr="002C6FFE">
              <w:rPr>
                <w:rFonts w:asciiTheme="majorHAnsi" w:hAnsiTheme="majorHAnsi" w:cstheme="majorHAnsi"/>
                <w:sz w:val="24"/>
                <w:szCs w:val="24"/>
              </w:rPr>
              <w:t>Event Welcome Poster + Website + Screen + Program</w:t>
            </w:r>
            <w:r w:rsidR="00520A46" w:rsidRPr="002C6FFE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Pr="002C6FFE">
              <w:rPr>
                <w:rFonts w:asciiTheme="majorHAnsi" w:hAnsiTheme="majorHAnsi" w:cstheme="majorHAnsi"/>
                <w:sz w:val="24"/>
                <w:szCs w:val="24"/>
              </w:rPr>
              <w:t xml:space="preserve">+ </w:t>
            </w:r>
            <w:r w:rsidR="000F26E2" w:rsidRPr="002C6FFE">
              <w:rPr>
                <w:rFonts w:asciiTheme="majorHAnsi" w:hAnsiTheme="majorHAnsi" w:cstheme="majorHAnsi"/>
                <w:sz w:val="24"/>
                <w:szCs w:val="24"/>
              </w:rPr>
              <w:t>Festival P</w:t>
            </w:r>
            <w:r w:rsidRPr="002C6FFE">
              <w:rPr>
                <w:rFonts w:asciiTheme="majorHAnsi" w:hAnsiTheme="majorHAnsi" w:cstheme="majorHAnsi"/>
                <w:sz w:val="24"/>
                <w:szCs w:val="24"/>
              </w:rPr>
              <w:t>asses</w:t>
            </w:r>
            <w:r w:rsidR="00520A46" w:rsidRPr="002C6FFE">
              <w:rPr>
                <w:rFonts w:asciiTheme="majorHAnsi" w:hAnsiTheme="majorHAnsi" w:cstheme="majorHAnsi"/>
                <w:sz w:val="24"/>
                <w:szCs w:val="24"/>
              </w:rPr>
              <w:t xml:space="preserve"> for 2</w:t>
            </w:r>
            <w:r w:rsidR="000F26E2" w:rsidRPr="002C6FFE">
              <w:rPr>
                <w:rFonts w:asciiTheme="majorHAnsi" w:hAnsiTheme="majorHAnsi" w:cstheme="majorHAnsi"/>
                <w:sz w:val="24"/>
                <w:szCs w:val="24"/>
              </w:rPr>
              <w:t xml:space="preserve"> to all Films &amp; VIP Events</w:t>
            </w:r>
          </w:p>
          <w:p w14:paraId="4326E446" w14:textId="1FE192B3" w:rsidR="0034799B" w:rsidRPr="00AF0205" w:rsidRDefault="0034799B" w:rsidP="00C85436">
            <w:pPr>
              <w:spacing w:after="0" w:line="240" w:lineRule="auto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4EEA0520" w14:textId="53AA49C9" w:rsidR="002C6FFE" w:rsidRDefault="002C6FFE" w:rsidP="00523EF6">
      <w:pPr>
        <w:spacing w:after="0"/>
        <w:rPr>
          <w:rFonts w:asciiTheme="majorHAnsi" w:hAnsiTheme="majorHAnsi" w:cstheme="majorHAnsi"/>
          <w:b/>
          <w:sz w:val="24"/>
          <w:szCs w:val="24"/>
          <w:bdr w:val="thinThickSmallGap" w:sz="24" w:space="0" w:color="auto" w:frame="1"/>
        </w:rPr>
      </w:pPr>
    </w:p>
    <w:p w14:paraId="1F55245B" w14:textId="77777777" w:rsidR="00AA2004" w:rsidRDefault="00523EF6" w:rsidP="00523EF6">
      <w:pPr>
        <w:spacing w:after="0"/>
        <w:rPr>
          <w:rFonts w:asciiTheme="majorHAnsi" w:hAnsiTheme="majorHAnsi" w:cstheme="majorHAnsi"/>
          <w:b/>
          <w:sz w:val="24"/>
          <w:szCs w:val="24"/>
        </w:rPr>
      </w:pPr>
      <w:r w:rsidRPr="00523EF6">
        <w:rPr>
          <w:rFonts w:asciiTheme="majorHAnsi" w:hAnsiTheme="majorHAnsi" w:cstheme="majorHAnsi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E3E2228" wp14:editId="46F2A1DF">
                <wp:simplePos x="0" y="0"/>
                <wp:positionH relativeFrom="column">
                  <wp:posOffset>2526030</wp:posOffset>
                </wp:positionH>
                <wp:positionV relativeFrom="paragraph">
                  <wp:posOffset>12700</wp:posOffset>
                </wp:positionV>
                <wp:extent cx="4155440" cy="2343150"/>
                <wp:effectExtent l="0" t="0" r="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5440" cy="2343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BA2AE2" w14:textId="1776423E" w:rsidR="00DE2A17" w:rsidRPr="00AF0205" w:rsidRDefault="00523EF6" w:rsidP="00523EF6">
                            <w:pPr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br/>
                            </w:r>
                            <w:r w:rsidR="00DE2A17" w:rsidRPr="00AF0205"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t>Business / Name: ________________________________</w:t>
                            </w:r>
                          </w:p>
                          <w:p w14:paraId="420BF0B9" w14:textId="77777777" w:rsidR="00DE2A17" w:rsidRPr="00AF0205" w:rsidRDefault="00DE2A17" w:rsidP="00523EF6">
                            <w:pPr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</w:pPr>
                            <w:r w:rsidRPr="00AF0205"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t>Contact: ______________________________________</w:t>
                            </w:r>
                          </w:p>
                          <w:p w14:paraId="5F1ED421" w14:textId="293CA704" w:rsidR="00DE2A17" w:rsidRDefault="00DE2A17" w:rsidP="00523EF6">
                            <w:pPr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</w:pPr>
                            <w:r w:rsidRPr="00AF0205"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t>Email: ________________________________________</w:t>
                            </w:r>
                          </w:p>
                          <w:p w14:paraId="636D7C0A" w14:textId="71CCC833" w:rsidR="00520A46" w:rsidRPr="00AF0205" w:rsidRDefault="00520A46" w:rsidP="00523EF6">
                            <w:pPr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t>Phone</w:t>
                            </w:r>
                            <w:r w:rsidRPr="00AF0205"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t>: ________________________________________</w:t>
                            </w:r>
                          </w:p>
                          <w:p w14:paraId="6B096B7D" w14:textId="1FF40304" w:rsidR="00520A46" w:rsidRPr="00AF0205" w:rsidRDefault="00520A46" w:rsidP="00523EF6">
                            <w:pPr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t>Send check to: Congregation Beth Israel, 57</w:t>
                            </w:r>
                            <w:r w:rsidR="002518D3">
                              <w:rPr>
                                <w:rFonts w:asciiTheme="majorHAnsi" w:hAnsiTheme="majorHAnsi" w:cstheme="majorHAnsi"/>
                                <w:sz w:val="24"/>
                                <w:szCs w:val="24"/>
                              </w:rPr>
                              <w:t>16 Carmel Valley Rd, Carmel, CA  93923 or call 831-624-2015 for credit card.</w:t>
                            </w:r>
                          </w:p>
                          <w:p w14:paraId="3FF522E7" w14:textId="5DD66AD3" w:rsidR="00DE2A17" w:rsidRDefault="00DE2A17" w:rsidP="00523EF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3E222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8.9pt;margin-top:1pt;width:327.2pt;height:184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" stroked="f">
                <v:textbox>
                  <w:txbxContent>
                    <w:p w14:paraId="35BA2AE2" w14:textId="1776423E" w:rsidR="00DE2A17" w:rsidRPr="00AF0205" w:rsidRDefault="00523EF6" w:rsidP="00523EF6">
                      <w:pPr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  <w:br/>
                      </w:r>
                      <w:r w:rsidR="00DE2A17" w:rsidRPr="00AF0205"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  <w:t>Business / Name: ________________________________</w:t>
                      </w:r>
                    </w:p>
                    <w:p w14:paraId="420BF0B9" w14:textId="77777777" w:rsidR="00DE2A17" w:rsidRPr="00AF0205" w:rsidRDefault="00DE2A17" w:rsidP="00523EF6">
                      <w:pPr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</w:pPr>
                      <w:r w:rsidRPr="00AF0205"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  <w:t>Contact: ______________________________________</w:t>
                      </w:r>
                    </w:p>
                    <w:p w14:paraId="5F1ED421" w14:textId="293CA704" w:rsidR="00DE2A17" w:rsidRDefault="00DE2A17" w:rsidP="00523EF6">
                      <w:pPr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</w:pPr>
                      <w:r w:rsidRPr="00AF0205"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  <w:t>Email: ________________________________________</w:t>
                      </w:r>
                    </w:p>
                    <w:p w14:paraId="636D7C0A" w14:textId="71CCC833" w:rsidR="00520A46" w:rsidRPr="00AF0205" w:rsidRDefault="00520A46" w:rsidP="00523EF6">
                      <w:pPr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  <w:t>Phone</w:t>
                      </w:r>
                      <w:r w:rsidRPr="00AF0205"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  <w:t>: ________________________________________</w:t>
                      </w:r>
                    </w:p>
                    <w:p w14:paraId="6B096B7D" w14:textId="1FF40304" w:rsidR="00520A46" w:rsidRPr="00AF0205" w:rsidRDefault="00520A46" w:rsidP="00523EF6">
                      <w:pPr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  <w:t>Send check to: Congregation Beth Israel, 57</w:t>
                      </w:r>
                      <w:r w:rsidR="002518D3">
                        <w:rPr>
                          <w:rFonts w:asciiTheme="majorHAnsi" w:hAnsiTheme="majorHAnsi" w:cstheme="majorHAnsi"/>
                          <w:sz w:val="24"/>
                          <w:szCs w:val="24"/>
                        </w:rPr>
                        <w:t>16 Carmel Valley Rd, Carmel, CA  93923 or call 831-624-2015 for credit card.</w:t>
                      </w:r>
                    </w:p>
                    <w:p w14:paraId="3FF522E7" w14:textId="5DD66AD3" w:rsidR="00DE2A17" w:rsidRDefault="00DE2A17" w:rsidP="00523EF6"/>
                  </w:txbxContent>
                </v:textbox>
                <w10:wrap type="square"/>
              </v:shape>
            </w:pict>
          </mc:Fallback>
        </mc:AlternateContent>
      </w:r>
      <w:r w:rsidR="002518D3" w:rsidRPr="00523EF6">
        <w:rPr>
          <w:rFonts w:asciiTheme="majorHAnsi" w:hAnsiTheme="majorHAnsi" w:cstheme="majorHAnsi"/>
          <w:b/>
          <w:sz w:val="24"/>
          <w:szCs w:val="24"/>
        </w:rPr>
        <w:t>COMBINED SPONSORSHIP</w:t>
      </w:r>
    </w:p>
    <w:p w14:paraId="6E5E06A2" w14:textId="20606E82" w:rsidR="002C6FFE" w:rsidRDefault="002518D3" w:rsidP="00523EF6">
      <w:pPr>
        <w:spacing w:after="0"/>
        <w:rPr>
          <w:rFonts w:asciiTheme="majorHAnsi" w:hAnsiTheme="majorHAnsi" w:cstheme="majorHAnsi"/>
          <w:sz w:val="24"/>
          <w:szCs w:val="24"/>
        </w:rPr>
      </w:pPr>
      <w:r w:rsidRPr="00523EF6">
        <w:rPr>
          <w:rFonts w:asciiTheme="majorHAnsi" w:hAnsiTheme="majorHAnsi" w:cstheme="majorHAnsi"/>
          <w:b/>
          <w:sz w:val="24"/>
          <w:szCs w:val="24"/>
        </w:rPr>
        <w:t>(BEST VALUE</w:t>
      </w:r>
      <w:r w:rsidR="00AA2004">
        <w:rPr>
          <w:rFonts w:asciiTheme="majorHAnsi" w:hAnsiTheme="majorHAnsi" w:cstheme="majorHAnsi"/>
          <w:b/>
          <w:sz w:val="24"/>
          <w:szCs w:val="24"/>
        </w:rPr>
        <w:t>!</w:t>
      </w:r>
      <w:r w:rsidRPr="00523EF6">
        <w:rPr>
          <w:rFonts w:asciiTheme="majorHAnsi" w:hAnsiTheme="majorHAnsi" w:cstheme="majorHAnsi"/>
          <w:b/>
          <w:sz w:val="24"/>
          <w:szCs w:val="24"/>
        </w:rPr>
        <w:t>)</w:t>
      </w:r>
      <w:r w:rsidR="002C6FFE">
        <w:rPr>
          <w:rFonts w:asciiTheme="majorHAnsi" w:hAnsiTheme="majorHAnsi" w:cstheme="majorHAnsi"/>
          <w:b/>
          <w:sz w:val="24"/>
          <w:szCs w:val="24"/>
          <w:bdr w:val="thinThickSmallGap" w:sz="24" w:space="0" w:color="auto" w:frame="1"/>
        </w:rPr>
        <w:t xml:space="preserve">  </w:t>
      </w:r>
      <w:r w:rsidR="002C6FFE" w:rsidRPr="002C6FFE">
        <w:rPr>
          <w:rFonts w:asciiTheme="majorHAnsi" w:hAnsiTheme="majorHAnsi" w:cstheme="majorHAnsi"/>
          <w:b/>
          <w:sz w:val="24"/>
          <w:szCs w:val="24"/>
          <w:bdr w:val="thinThickSmallGap" w:sz="24" w:space="0" w:color="auto" w:frame="1"/>
        </w:rPr>
        <w:br/>
      </w:r>
      <w:r w:rsidR="00523EF6" w:rsidRPr="002C6FFE">
        <w:rPr>
          <w:rFonts w:ascii="Segoe UI Symbol" w:hAnsi="Segoe UI Symbol" w:cs="Segoe UI Symbol"/>
          <w:sz w:val="24"/>
          <w:szCs w:val="24"/>
        </w:rPr>
        <w:t>☐</w:t>
      </w:r>
      <w:r w:rsidR="00523EF6" w:rsidRPr="002C6FFE">
        <w:rPr>
          <w:rFonts w:asciiTheme="majorHAnsi" w:hAnsiTheme="majorHAnsi" w:cstheme="majorHAnsi"/>
          <w:sz w:val="24"/>
          <w:szCs w:val="24"/>
        </w:rPr>
        <w:t xml:space="preserve"> </w:t>
      </w:r>
      <w:r w:rsidR="00AA2004">
        <w:rPr>
          <w:rFonts w:asciiTheme="majorHAnsi" w:hAnsiTheme="majorHAnsi" w:cstheme="majorHAnsi"/>
          <w:sz w:val="24"/>
          <w:szCs w:val="24"/>
        </w:rPr>
        <w:t xml:space="preserve">Season </w:t>
      </w:r>
      <w:r w:rsidR="00523EF6" w:rsidRPr="002C6FFE">
        <w:rPr>
          <w:rFonts w:asciiTheme="majorHAnsi" w:hAnsiTheme="majorHAnsi" w:cstheme="majorHAnsi"/>
          <w:sz w:val="24"/>
          <w:szCs w:val="24"/>
        </w:rPr>
        <w:t>Supporter — $450</w:t>
      </w:r>
      <w:r w:rsidR="002C6FFE">
        <w:rPr>
          <w:rFonts w:asciiTheme="majorHAnsi" w:hAnsiTheme="majorHAnsi" w:cstheme="majorHAnsi"/>
          <w:sz w:val="24"/>
          <w:szCs w:val="24"/>
        </w:rPr>
        <w:br/>
      </w:r>
      <w:r w:rsidR="002C6FFE" w:rsidRPr="002C6FFE">
        <w:rPr>
          <w:rFonts w:asciiTheme="majorHAnsi" w:hAnsiTheme="majorHAnsi" w:cstheme="majorHAnsi"/>
          <w:sz w:val="16"/>
          <w:szCs w:val="16"/>
        </w:rPr>
        <w:br/>
      </w:r>
      <w:r w:rsidR="00523EF6" w:rsidRPr="002C6FFE">
        <w:rPr>
          <w:rFonts w:ascii="Segoe UI Symbol" w:hAnsi="Segoe UI Symbol" w:cs="Segoe UI Symbol"/>
          <w:sz w:val="24"/>
          <w:szCs w:val="24"/>
        </w:rPr>
        <w:t>☐</w:t>
      </w:r>
      <w:r w:rsidR="00523EF6" w:rsidRPr="002C6FFE">
        <w:rPr>
          <w:rFonts w:asciiTheme="majorHAnsi" w:hAnsiTheme="majorHAnsi" w:cstheme="majorHAnsi"/>
          <w:sz w:val="24"/>
          <w:szCs w:val="24"/>
        </w:rPr>
        <w:t xml:space="preserve"> </w:t>
      </w:r>
      <w:r w:rsidR="00AA2004">
        <w:rPr>
          <w:rFonts w:asciiTheme="majorHAnsi" w:hAnsiTheme="majorHAnsi" w:cstheme="majorHAnsi"/>
          <w:sz w:val="24"/>
          <w:szCs w:val="24"/>
        </w:rPr>
        <w:t>Festival Friend</w:t>
      </w:r>
      <w:r w:rsidR="00523EF6" w:rsidRPr="002C6FFE">
        <w:rPr>
          <w:rFonts w:asciiTheme="majorHAnsi" w:hAnsiTheme="majorHAnsi" w:cstheme="majorHAnsi"/>
          <w:sz w:val="24"/>
          <w:szCs w:val="24"/>
        </w:rPr>
        <w:t xml:space="preserve"> — $900</w:t>
      </w:r>
      <w:r w:rsidR="002C6FFE">
        <w:rPr>
          <w:rFonts w:asciiTheme="majorHAnsi" w:hAnsiTheme="majorHAnsi" w:cstheme="majorHAnsi"/>
          <w:sz w:val="24"/>
          <w:szCs w:val="24"/>
        </w:rPr>
        <w:br/>
      </w:r>
      <w:r w:rsidR="002C6FFE" w:rsidRPr="002C6FFE">
        <w:rPr>
          <w:rFonts w:asciiTheme="majorHAnsi" w:hAnsiTheme="majorHAnsi" w:cstheme="majorHAnsi"/>
          <w:sz w:val="16"/>
          <w:szCs w:val="16"/>
        </w:rPr>
        <w:br/>
      </w:r>
      <w:r w:rsidR="00523EF6" w:rsidRPr="002C6FFE">
        <w:rPr>
          <w:rFonts w:ascii="Segoe UI Symbol" w:hAnsi="Segoe UI Symbol" w:cs="Segoe UI Symbol"/>
          <w:sz w:val="24"/>
          <w:szCs w:val="24"/>
        </w:rPr>
        <w:t>☐</w:t>
      </w:r>
      <w:r w:rsidR="00523EF6" w:rsidRPr="002C6FFE">
        <w:rPr>
          <w:rFonts w:asciiTheme="majorHAnsi" w:hAnsiTheme="majorHAnsi" w:cstheme="majorHAnsi"/>
          <w:sz w:val="24"/>
          <w:szCs w:val="24"/>
        </w:rPr>
        <w:t xml:space="preserve"> </w:t>
      </w:r>
      <w:r w:rsidR="00AA2004">
        <w:rPr>
          <w:rFonts w:asciiTheme="majorHAnsi" w:hAnsiTheme="majorHAnsi" w:cstheme="majorHAnsi"/>
          <w:sz w:val="24"/>
          <w:szCs w:val="24"/>
        </w:rPr>
        <w:t>Community Curator</w:t>
      </w:r>
      <w:r w:rsidR="00523EF6" w:rsidRPr="002C6FFE">
        <w:rPr>
          <w:rFonts w:asciiTheme="majorHAnsi" w:hAnsiTheme="majorHAnsi" w:cstheme="majorHAnsi"/>
          <w:sz w:val="24"/>
          <w:szCs w:val="24"/>
        </w:rPr>
        <w:t xml:space="preserve"> — $1,800</w:t>
      </w:r>
      <w:r w:rsidR="002C6FFE">
        <w:rPr>
          <w:rFonts w:asciiTheme="majorHAnsi" w:hAnsiTheme="majorHAnsi" w:cstheme="majorHAnsi"/>
          <w:sz w:val="24"/>
          <w:szCs w:val="24"/>
        </w:rPr>
        <w:br/>
      </w:r>
      <w:r w:rsidR="002C6FFE" w:rsidRPr="002C6FFE">
        <w:rPr>
          <w:rFonts w:asciiTheme="majorHAnsi" w:hAnsiTheme="majorHAnsi" w:cstheme="majorHAnsi"/>
          <w:sz w:val="16"/>
          <w:szCs w:val="16"/>
        </w:rPr>
        <w:br/>
      </w:r>
      <w:r w:rsidR="00523EF6" w:rsidRPr="002C6FFE">
        <w:rPr>
          <w:rFonts w:ascii="Segoe UI Symbol" w:hAnsi="Segoe UI Symbol" w:cs="Segoe UI Symbol"/>
          <w:sz w:val="24"/>
          <w:szCs w:val="24"/>
        </w:rPr>
        <w:t>☐</w:t>
      </w:r>
      <w:r w:rsidR="00523EF6" w:rsidRPr="002C6FFE">
        <w:rPr>
          <w:rFonts w:asciiTheme="majorHAnsi" w:hAnsiTheme="majorHAnsi" w:cstheme="majorHAnsi"/>
          <w:sz w:val="24"/>
          <w:szCs w:val="24"/>
        </w:rPr>
        <w:t xml:space="preserve"> </w:t>
      </w:r>
      <w:r w:rsidR="00AA2004">
        <w:rPr>
          <w:rFonts w:asciiTheme="majorHAnsi" w:hAnsiTheme="majorHAnsi" w:cstheme="majorHAnsi"/>
          <w:sz w:val="24"/>
          <w:szCs w:val="24"/>
        </w:rPr>
        <w:t xml:space="preserve">Cultural </w:t>
      </w:r>
      <w:r w:rsidR="00523EF6" w:rsidRPr="002C6FFE">
        <w:rPr>
          <w:rFonts w:asciiTheme="majorHAnsi" w:hAnsiTheme="majorHAnsi" w:cstheme="majorHAnsi"/>
          <w:sz w:val="24"/>
          <w:szCs w:val="24"/>
        </w:rPr>
        <w:t>Patron — $4,500</w:t>
      </w:r>
      <w:r w:rsidR="002C6FFE">
        <w:rPr>
          <w:rFonts w:asciiTheme="majorHAnsi" w:hAnsiTheme="majorHAnsi" w:cstheme="majorHAnsi"/>
          <w:sz w:val="24"/>
          <w:szCs w:val="24"/>
        </w:rPr>
        <w:br/>
      </w:r>
      <w:r w:rsidR="002C6FFE" w:rsidRPr="002C6FFE">
        <w:rPr>
          <w:rFonts w:asciiTheme="majorHAnsi" w:hAnsiTheme="majorHAnsi" w:cstheme="majorHAnsi"/>
          <w:sz w:val="16"/>
          <w:szCs w:val="16"/>
        </w:rPr>
        <w:br/>
      </w:r>
      <w:r w:rsidR="002C6FFE" w:rsidRPr="002C6FFE">
        <w:rPr>
          <w:rFonts w:ascii="Segoe UI Symbol" w:hAnsi="Segoe UI Symbol" w:cs="Segoe UI Symbol"/>
          <w:sz w:val="24"/>
          <w:szCs w:val="24"/>
        </w:rPr>
        <w:t>☐</w:t>
      </w:r>
      <w:r w:rsidR="002C6FFE" w:rsidRPr="002C6FFE">
        <w:rPr>
          <w:rFonts w:asciiTheme="majorHAnsi" w:hAnsiTheme="majorHAnsi" w:cstheme="majorHAnsi"/>
          <w:sz w:val="24"/>
          <w:szCs w:val="24"/>
        </w:rPr>
        <w:t xml:space="preserve"> Other-Designate Your Sponsorship</w:t>
      </w:r>
    </w:p>
    <w:p w14:paraId="76BA911D" w14:textId="3933A931" w:rsidR="002C6FFE" w:rsidRPr="00AF0205" w:rsidRDefault="00AA2004" w:rsidP="00AA2004">
      <w:pPr>
        <w:spacing w:after="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_____________</w:t>
      </w:r>
    </w:p>
    <w:sectPr w:rsidR="002C6FFE" w:rsidRPr="00AF0205" w:rsidSect="00873E7E">
      <w:pgSz w:w="12240" w:h="15840"/>
      <w:pgMar w:top="720" w:right="720" w:bottom="80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3092940">
    <w:abstractNumId w:val="8"/>
  </w:num>
  <w:num w:numId="2" w16cid:durableId="1517187372">
    <w:abstractNumId w:val="6"/>
  </w:num>
  <w:num w:numId="3" w16cid:durableId="469638284">
    <w:abstractNumId w:val="5"/>
  </w:num>
  <w:num w:numId="4" w16cid:durableId="2144544266">
    <w:abstractNumId w:val="4"/>
  </w:num>
  <w:num w:numId="5" w16cid:durableId="745879147">
    <w:abstractNumId w:val="7"/>
  </w:num>
  <w:num w:numId="6" w16cid:durableId="538473550">
    <w:abstractNumId w:val="3"/>
  </w:num>
  <w:num w:numId="7" w16cid:durableId="717316610">
    <w:abstractNumId w:val="2"/>
  </w:num>
  <w:num w:numId="8" w16cid:durableId="744493897">
    <w:abstractNumId w:val="1"/>
  </w:num>
  <w:num w:numId="9" w16cid:durableId="1695419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6DAC"/>
    <w:rsid w:val="00034616"/>
    <w:rsid w:val="00044E97"/>
    <w:rsid w:val="0006063C"/>
    <w:rsid w:val="0007056B"/>
    <w:rsid w:val="000C3BCF"/>
    <w:rsid w:val="000F26E2"/>
    <w:rsid w:val="0015074B"/>
    <w:rsid w:val="002518D3"/>
    <w:rsid w:val="0029639D"/>
    <w:rsid w:val="002C6FFE"/>
    <w:rsid w:val="00326F90"/>
    <w:rsid w:val="0034799B"/>
    <w:rsid w:val="004D01F7"/>
    <w:rsid w:val="004F080A"/>
    <w:rsid w:val="00520A46"/>
    <w:rsid w:val="00523EF6"/>
    <w:rsid w:val="005B3707"/>
    <w:rsid w:val="006401AB"/>
    <w:rsid w:val="00644561"/>
    <w:rsid w:val="007722C6"/>
    <w:rsid w:val="00786D08"/>
    <w:rsid w:val="00873E7E"/>
    <w:rsid w:val="009C6529"/>
    <w:rsid w:val="009D4574"/>
    <w:rsid w:val="00AA1D8D"/>
    <w:rsid w:val="00AA2004"/>
    <w:rsid w:val="00AF0205"/>
    <w:rsid w:val="00B22D00"/>
    <w:rsid w:val="00B47730"/>
    <w:rsid w:val="00C85436"/>
    <w:rsid w:val="00CA0659"/>
    <w:rsid w:val="00CB0664"/>
    <w:rsid w:val="00CE6FAD"/>
    <w:rsid w:val="00DC6256"/>
    <w:rsid w:val="00DE2A17"/>
    <w:rsid w:val="00FC693F"/>
    <w:rsid w:val="00FF4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DB637F4"/>
  <w14:defaultImageDpi w14:val="300"/>
  <w15:docId w15:val="{E2C33B90-2A1A-4C12-ACE5-0188D6BA3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247</Words>
  <Characters>1281</Characters>
  <Application>Microsoft Office Word</Application>
  <DocSecurity>0</DocSecurity>
  <Lines>67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lisa jill averbuch</cp:lastModifiedBy>
  <cp:revision>2</cp:revision>
  <dcterms:created xsi:type="dcterms:W3CDTF">2026-04-15T01:17:00Z</dcterms:created>
  <dcterms:modified xsi:type="dcterms:W3CDTF">2026-04-15T01:17:00Z</dcterms:modified>
  <cp:category/>
</cp:coreProperties>
</file>